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ארבע משפחות זכויות הילד: הישרדות ובריאות, הגנה, התפתחות והשתתפות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דוגמאות מהחיים לכל אחת מהמשפחות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בהקשר של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משפחה שייכת הדוגמה?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השתתפות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משפחת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משמעות ההשתתפות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דוגמה למשפחת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הישרדות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דוגמה מהחיים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ותלמידות יבחרו דוגמה אישית ויסבירו את הקשר למשפחת הזכויות הנכונה בהיגיון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המתאימה כמו הגנה מפגיעה או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הכרחי לחיים, רצון נעים אך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דוגמאות מהכיתה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שדוגמה אחת יכולה לגעת ביותר ממשפחה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לזכויות הילד יש ארבע משפחות עיקריות: הישרדות ובריאות, הגנה, התפתחות והשתתפות. כל דוגמה מהחיים שייכת לאחת מהן, ולפעמים אפילו ליותר מאחת.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הגנה  ·  הישרדות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לאיזו משפחה שייכת הדוגמה?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ילדים לא מועסקים בעבודה מסוכנת - זו דוגמה לזכות: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שיעור מוזיקה לכל הכיתה - זו דוגמה לזכות: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נציגים במועצת התלמידים - זו דוגמה לזכות: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השתתפות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הזכות לחיים ולבריאות כוללת מזון, מים ושירותי 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זכות ההשתתפות כוללת את הזכות להביע דעה ולהישמע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דוגמה למשפחת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תוכנית ארוחות בריאה בבית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סיסמה אישית שאף אחד לא מבקש ממני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קריאת סיפור בשפת הבית של תלמידה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נציגים במועצת התלמידים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הגנה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זכות ה__________ כוללת גישה למזון, מים ושירותי 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זכות ה__________ מגנה על ילדים מפגיעה, הזנחה וניצול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דוגמה מהחיים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שתי דוגמאות מחיי היומיום שלכם (שלא הופיעו ברשימה) וסווגו כל אחת לאחת מארבע משפחות הזכויות. הסבירו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את ארבע משפחות הזכויות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לזכות מסוג הגנה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ארבע משפחות הזכויות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